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4"/>
        </w:rPr>
        <w:t>FORMULÁŘ PRO UPLATNĚNÍ REKLAMACE</w:t>
      </w:r>
    </w:p>
    <w:p>
      <w:pPr>
        <w:jc w:val="center"/>
      </w:pPr>
      <w:r>
        <w:rPr>
          <w:i/>
          <w:sz w:val="20"/>
        </w:rPr>
        <w:t>Počmáráno</w:t>
      </w:r>
    </w:p>
    <w:p>
      <w:r>
        <w:t>Ochepovsky production s.r.o., Branická 722/19, 147 00 Praha 4 – Braník, IČO 09825975</w:t>
      </w:r>
    </w:p>
    <w:p>
      <w:r>
        <w:t>E-mail: ahoj@pocmarano.cz</w:t>
      </w:r>
    </w:p>
    <w:p>
      <w:pPr>
        <w:pStyle w:val="Heading1"/>
      </w:pPr>
      <w:r>
        <w:t>1. Údaje o objednávce</w:t>
      </w:r>
    </w:p>
    <w:p>
      <w:r>
        <w:rPr>
          <w:b/>
        </w:rPr>
        <w:t>Číslo objednávky:</w:t>
      </w:r>
      <w:r>
        <w:t xml:space="preserve"> ________________________________________________________________________</w:t>
      </w:r>
    </w:p>
    <w:p>
      <w:r>
        <w:rPr>
          <w:b/>
        </w:rPr>
        <w:t>Datum objednávky:</w:t>
      </w:r>
      <w:r>
        <w:t xml:space="preserve"> ________________________________________________________________________</w:t>
      </w:r>
    </w:p>
    <w:p>
      <w:r>
        <w:rPr>
          <w:b/>
        </w:rPr>
        <w:t>Datum převzetí:</w:t>
      </w:r>
      <w:r>
        <w:t xml:space="preserve"> ________________________________________________________________________</w:t>
      </w:r>
    </w:p>
    <w:p>
      <w:r>
        <w:rPr>
          <w:b/>
        </w:rPr>
        <w:t>Jméno a příjmení:</w:t>
      </w:r>
      <w:r>
        <w:t xml:space="preserve"> ________________________________________________________________________</w:t>
      </w:r>
    </w:p>
    <w:p>
      <w:r>
        <w:rPr>
          <w:b/>
        </w:rPr>
        <w:t>E-mail:</w:t>
      </w:r>
      <w:r>
        <w:t xml:space="preserve"> ________________________________________________________________________</w:t>
      </w:r>
    </w:p>
    <w:p>
      <w:r>
        <w:rPr>
          <w:b/>
        </w:rPr>
        <w:t>Telefon:</w:t>
      </w:r>
      <w:r>
        <w:t xml:space="preserve"> ________________________________________________________________________</w:t>
      </w:r>
    </w:p>
    <w:p>
      <w:r>
        <w:rPr>
          <w:b/>
        </w:rPr>
        <w:t>Adresa:</w:t>
      </w:r>
      <w:r>
        <w:t xml:space="preserve"> ________________________________________________________________________</w:t>
      </w:r>
    </w:p>
    <w:p>
      <w:pPr>
        <w:pStyle w:val="Heading1"/>
      </w:pPr>
      <w:r>
        <w:t>2. Reklamované zboží</w:t>
      </w:r>
    </w:p>
    <w:p>
      <w:r>
        <w:rPr>
          <w:b/>
        </w:rPr>
        <w:t xml:space="preserve">Sada / kus / počet: </w:t>
      </w:r>
      <w:r>
        <w:t>_________________________________________________________________</w:t>
      </w:r>
    </w:p>
    <w:p>
      <w:pPr>
        <w:pStyle w:val="Heading1"/>
      </w:pPr>
      <w:r>
        <w:t>3. Popis vady</w:t>
      </w:r>
    </w:p>
    <w:p>
      <w:r>
        <w:t>Popište prosím co nejpřesněji, v čem vadu spatřujete, kdy jste ji zjistili a případně za jakých okolností se projevila.</w:t>
      </w:r>
    </w:p>
    <w:p>
      <w:r>
        <w:br/>
        <w:br/>
        <w:br/>
      </w:r>
    </w:p>
    <w:p>
      <w:pPr>
        <w:pStyle w:val="Heading1"/>
      </w:pPr>
      <w:r>
        <w:t>4. Přílohy</w:t>
      </w:r>
    </w:p>
    <w:p>
      <w:pPr>
        <w:pStyle w:val="ListBullet"/>
      </w:pPr>
      <w:r>
        <w:t>fotografie reklamovaného kusu</w:t>
      </w:r>
    </w:p>
    <w:p>
      <w:pPr>
        <w:pStyle w:val="ListBullet"/>
      </w:pPr>
      <w:r>
        <w:t>fotografie obalu a vnitřního balení, pokud se reklamace týká přepravy</w:t>
      </w:r>
    </w:p>
    <w:p>
      <w:pPr>
        <w:pStyle w:val="ListBullet"/>
      </w:pPr>
      <w:r>
        <w:t>další přílohy: ______________________________</w:t>
      </w:r>
    </w:p>
    <w:p>
      <w:pPr>
        <w:pStyle w:val="Heading1"/>
      </w:pPr>
      <w:r>
        <w:t>5. Požadovaný způsob vyřízení</w:t>
      </w:r>
    </w:p>
    <w:p>
      <w:r>
        <w:t>☐ odstranění vady opravou</w:t>
      </w:r>
    </w:p>
    <w:p>
      <w:r>
        <w:t>☐ dodání nového zboží bez vady / dodání chybějící části</w:t>
      </w:r>
    </w:p>
    <w:p>
      <w:r>
        <w:t>☐ přiměřená sleva z ceny</w:t>
      </w:r>
    </w:p>
    <w:p>
      <w:r>
        <w:t>☐ odstoupení od smlouvy, pokud jsou splněny zákonné podmínky</w:t>
      </w:r>
    </w:p>
    <w:p>
      <w:r>
        <w:t>☐ jiný požadavek: ______________________________</w:t>
      </w:r>
    </w:p>
    <w:p>
      <w:pPr>
        <w:pStyle w:val="Heading1"/>
      </w:pPr>
      <w:r>
        <w:t>6. Prohlášení</w:t>
      </w:r>
    </w:p>
    <w:p>
      <w:r>
        <w:t>Žádám o potvrzení o uplatnění reklamace a o informování o jejím vyřízení na výše uvedeném e-mailu.</w:t>
      </w:r>
    </w:p>
    <w:p>
      <w:r>
        <w:rPr>
          <w:b/>
        </w:rPr>
        <w:t>Datum uplatnění reklamace:</w:t>
      </w:r>
      <w:r>
        <w:t xml:space="preserve"> ______________________________________________________________________</w:t>
      </w:r>
    </w:p>
    <w:p>
      <w:r>
        <w:rPr>
          <w:b/>
        </w:rPr>
        <w:t>Podpis zákazníka:</w:t>
      </w:r>
      <w:r>
        <w:t xml:space="preserve"> ______________________________________________________________________</w:t>
      </w:r>
    </w:p>
    <w:p>
      <w:pPr>
        <w:pStyle w:val="Heading1"/>
      </w:pPr>
      <w:r>
        <w:t>Vyplňuje Počmáráno</w:t>
      </w:r>
    </w:p>
    <w:p>
      <w:r>
        <w:rPr>
          <w:b/>
        </w:rPr>
        <w:t>Datum přijetí reklamace:</w:t>
      </w:r>
      <w:r>
        <w:t xml:space="preserve"> ______________________________________________________________</w:t>
      </w:r>
    </w:p>
    <w:p>
      <w:r>
        <w:rPr>
          <w:b/>
        </w:rPr>
        <w:t>Číslo reklamace:</w:t>
      </w:r>
      <w:r>
        <w:t xml:space="preserve"> ______________________________________________________________</w:t>
      </w:r>
    </w:p>
    <w:p>
      <w:r>
        <w:rPr>
          <w:b/>
        </w:rPr>
        <w:t>Rozhodnutí:</w:t>
      </w:r>
      <w:r>
        <w:t xml:space="preserve"> ______________________________________________________________</w:t>
      </w:r>
    </w:p>
    <w:p>
      <w:r>
        <w:rPr>
          <w:b/>
        </w:rPr>
        <w:t>Datum vyřízení:</w:t>
      </w:r>
      <w:r>
        <w:t xml:space="preserve"> ______________________________________________________________</w:t>
      </w:r>
    </w:p>
    <w:p>
      <w:r>
        <w:rPr>
          <w:b/>
        </w:rPr>
        <w:t>Způsob vyřízení:</w:t>
      </w:r>
      <w:r>
        <w:t xml:space="preserve"> ______________________________________________________________</w:t>
      </w:r>
    </w:p>
    <w:p>
      <w:r>
        <w:rPr>
          <w:b/>
        </w:rPr>
        <w:t>Datum informování zákazníka:</w:t>
      </w:r>
      <w:r>
        <w:t xml:space="preserve"> ______________________________________________________________</w:t>
      </w:r>
    </w:p>
    <w:p>
      <w:r>
        <w:t>Poznámka: Spotřebitelská reklamace musí být vyřízena a spotřebitel o tom musí být informován nejpozději do 30 dnů od jejího uplatnění, pokud se konkrétně nedohodnete na delší lhůtě.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